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A5F1C" w14:textId="56D2E63D" w:rsidR="00636E68" w:rsidRDefault="003E5D7A" w:rsidP="007D4ABA">
      <w:pPr>
        <w:jc w:val="center"/>
      </w:pPr>
      <w:r w:rsidRPr="007D4ABA">
        <w:rPr>
          <w:b/>
          <w:sz w:val="24"/>
          <w:szCs w:val="24"/>
        </w:rPr>
        <w:t>CERTIFICADO DE DISPONIBILIDAD PRESUPUESTARIA (CDP)</w:t>
      </w:r>
    </w:p>
    <w:p w14:paraId="50AF81F9" w14:textId="77777777" w:rsidR="00636E68" w:rsidRDefault="003E5D7A">
      <w:pPr>
        <w:jc w:val="center"/>
      </w:pPr>
      <w:r>
        <w:rPr>
          <w:i/>
        </w:rPr>
        <w:t>Subtítulo 22 - Bienes y Servicios de Consumo</w:t>
      </w:r>
    </w:p>
    <w:p w14:paraId="781A0E43" w14:textId="77777777" w:rsidR="00636E68" w:rsidRDefault="003E5D7A">
      <w:pPr>
        <w:jc w:val="center"/>
      </w:pPr>
      <w:r>
        <w:rPr>
          <w:color w:val="5A5A5A"/>
          <w:sz w:val="18"/>
        </w:rPr>
        <w:t>Formato base según Instructivo CGR IN4/2026 (uso obligatorio desde 01-03-2026).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39"/>
        <w:gridCol w:w="6791"/>
      </w:tblGrid>
      <w:tr w:rsidR="00636E68" w14:paraId="4AC2C2D0" w14:textId="77777777">
        <w:tc>
          <w:tcPr>
            <w:tcW w:w="5270" w:type="dxa"/>
          </w:tcPr>
          <w:p w14:paraId="1AA21442" w14:textId="77777777" w:rsidR="00636E68" w:rsidRDefault="003E5D7A">
            <w:r>
              <w:t>N° CDP (correlativo anual):</w:t>
            </w:r>
          </w:p>
        </w:tc>
        <w:tc>
          <w:tcPr>
            <w:tcW w:w="5270" w:type="dxa"/>
          </w:tcPr>
          <w:p w14:paraId="56EFDB74" w14:textId="77777777" w:rsidR="00636E68" w:rsidRDefault="003E5D7A">
            <w:r>
              <w:t>__________</w:t>
            </w:r>
          </w:p>
        </w:tc>
      </w:tr>
      <w:tr w:rsidR="00636E68" w14:paraId="23F22467" w14:textId="77777777">
        <w:tc>
          <w:tcPr>
            <w:tcW w:w="5270" w:type="dxa"/>
          </w:tcPr>
          <w:p w14:paraId="2CB87EF4" w14:textId="77777777" w:rsidR="00636E68" w:rsidRDefault="003E5D7A">
            <w:r>
              <w:t>Fecha de emisión (dd-mm-aaaa):</w:t>
            </w:r>
          </w:p>
        </w:tc>
        <w:tc>
          <w:tcPr>
            <w:tcW w:w="5270" w:type="dxa"/>
          </w:tcPr>
          <w:p w14:paraId="3CEB24DE" w14:textId="77777777" w:rsidR="00636E68" w:rsidRDefault="003E5D7A">
            <w:r>
              <w:t>____-____-________</w:t>
            </w:r>
          </w:p>
        </w:tc>
      </w:tr>
      <w:tr w:rsidR="00636E68" w14:paraId="4E55F9EC" w14:textId="77777777">
        <w:tc>
          <w:tcPr>
            <w:tcW w:w="5270" w:type="dxa"/>
          </w:tcPr>
          <w:p w14:paraId="1B6B4F66" w14:textId="77777777" w:rsidR="00636E68" w:rsidRDefault="003E5D7A">
            <w:r>
              <w:t>Año presupuestario:</w:t>
            </w:r>
          </w:p>
        </w:tc>
        <w:tc>
          <w:tcPr>
            <w:tcW w:w="5270" w:type="dxa"/>
          </w:tcPr>
          <w:p w14:paraId="7ED1B692" w14:textId="77777777" w:rsidR="00636E68" w:rsidRDefault="003E5D7A">
            <w:r>
              <w:t>2026</w:t>
            </w:r>
          </w:p>
        </w:tc>
      </w:tr>
      <w:tr w:rsidR="00636E68" w14:paraId="6B33696A" w14:textId="77777777">
        <w:tc>
          <w:tcPr>
            <w:tcW w:w="5270" w:type="dxa"/>
          </w:tcPr>
          <w:p w14:paraId="5361A860" w14:textId="77777777" w:rsidR="00636E68" w:rsidRDefault="003E5D7A">
            <w:r>
              <w:t>Entidad:</w:t>
            </w:r>
          </w:p>
        </w:tc>
        <w:tc>
          <w:tcPr>
            <w:tcW w:w="5270" w:type="dxa"/>
          </w:tcPr>
          <w:p w14:paraId="64855C51" w14:textId="42104F50" w:rsidR="00636E68" w:rsidRDefault="003E5D7A">
            <w:r>
              <w:t xml:space="preserve">Municipalidad de </w:t>
            </w:r>
            <w:r w:rsidR="00773EFE">
              <w:t>Constitución</w:t>
            </w:r>
          </w:p>
        </w:tc>
      </w:tr>
      <w:tr w:rsidR="00636E68" w14:paraId="12100A56" w14:textId="77777777">
        <w:tc>
          <w:tcPr>
            <w:tcW w:w="5270" w:type="dxa"/>
          </w:tcPr>
          <w:p w14:paraId="2E5FE71E" w14:textId="77777777" w:rsidR="00636E68" w:rsidRDefault="003E5D7A">
            <w:r>
              <w:t>ID Codificador del Estado (Gobierno Digital):</w:t>
            </w:r>
          </w:p>
        </w:tc>
        <w:tc>
          <w:tcPr>
            <w:tcW w:w="5270" w:type="dxa"/>
          </w:tcPr>
          <w:p w14:paraId="30323B0C" w14:textId="26AC3DAF" w:rsidR="00636E68" w:rsidRDefault="003E5D7A">
            <w:r>
              <w:t>PE-MUN-002</w:t>
            </w:r>
            <w:r w:rsidR="00773EFE">
              <w:t>8</w:t>
            </w:r>
            <w:r>
              <w:t>8</w:t>
            </w:r>
          </w:p>
        </w:tc>
      </w:tr>
      <w:tr w:rsidR="00636E68" w14:paraId="3FDD1032" w14:textId="77777777">
        <w:tc>
          <w:tcPr>
            <w:tcW w:w="5270" w:type="dxa"/>
          </w:tcPr>
          <w:p w14:paraId="0C6949F4" w14:textId="77777777" w:rsidR="00636E68" w:rsidRDefault="003E5D7A">
            <w:r>
              <w:t>Unidad / Departamento solicitante:</w:t>
            </w:r>
          </w:p>
        </w:tc>
        <w:tc>
          <w:tcPr>
            <w:tcW w:w="5270" w:type="dxa"/>
          </w:tcPr>
          <w:p w14:paraId="3E46DEC5" w14:textId="77777777" w:rsidR="00636E68" w:rsidRDefault="003E5D7A">
            <w:r>
              <w:t>______________________________</w:t>
            </w:r>
          </w:p>
        </w:tc>
      </w:tr>
      <w:tr w:rsidR="00636E68" w14:paraId="715CB3D4" w14:textId="77777777">
        <w:tc>
          <w:tcPr>
            <w:tcW w:w="5270" w:type="dxa"/>
          </w:tcPr>
          <w:p w14:paraId="1EC325D5" w14:textId="77777777" w:rsidR="00636E68" w:rsidRDefault="003E5D7A">
            <w:r>
              <w:t>Acto administrativo asociado (tipo y N°):</w:t>
            </w:r>
          </w:p>
        </w:tc>
        <w:tc>
          <w:tcPr>
            <w:tcW w:w="5270" w:type="dxa"/>
          </w:tcPr>
          <w:p w14:paraId="3F8F23C9" w14:textId="77777777" w:rsidR="00636E68" w:rsidRDefault="003E5D7A">
            <w:r>
              <w:t>______________________________</w:t>
            </w:r>
          </w:p>
        </w:tc>
      </w:tr>
      <w:tr w:rsidR="00636E68" w14:paraId="67840583" w14:textId="77777777">
        <w:tc>
          <w:tcPr>
            <w:tcW w:w="5270" w:type="dxa"/>
          </w:tcPr>
          <w:p w14:paraId="0C6BB5BE" w14:textId="77777777" w:rsidR="00636E68" w:rsidRDefault="003E5D7A">
            <w:r>
              <w:t>Materia / Glosa del gasto:</w:t>
            </w:r>
          </w:p>
        </w:tc>
        <w:tc>
          <w:tcPr>
            <w:tcW w:w="5270" w:type="dxa"/>
          </w:tcPr>
          <w:p w14:paraId="1B27F8E4" w14:textId="77777777" w:rsidR="00636E68" w:rsidRDefault="003E5D7A">
            <w:r>
              <w:t>____________________________________________________________</w:t>
            </w:r>
          </w:p>
        </w:tc>
      </w:tr>
    </w:tbl>
    <w:p w14:paraId="4ED465C1" w14:textId="77777777" w:rsidR="00636E68" w:rsidRDefault="00636E68"/>
    <w:p w14:paraId="45507DEC" w14:textId="77777777" w:rsidR="00636E68" w:rsidRDefault="003E5D7A">
      <w:r>
        <w:rPr>
          <w:b/>
        </w:rPr>
        <w:t>Imputación presupuestaria y fuente de financiamiento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61"/>
        <w:gridCol w:w="5269"/>
      </w:tblGrid>
      <w:tr w:rsidR="00636E68" w14:paraId="3B835139" w14:textId="77777777">
        <w:tc>
          <w:tcPr>
            <w:tcW w:w="5270" w:type="dxa"/>
          </w:tcPr>
          <w:p w14:paraId="3BFB9449" w14:textId="77777777" w:rsidR="00636E68" w:rsidRDefault="003E5D7A">
            <w:r>
              <w:t>Fuente de financiamiento (según presupuesto vigente):</w:t>
            </w:r>
          </w:p>
        </w:tc>
        <w:tc>
          <w:tcPr>
            <w:tcW w:w="5270" w:type="dxa"/>
          </w:tcPr>
          <w:p w14:paraId="3D748E49" w14:textId="77777777" w:rsidR="00636E68" w:rsidRDefault="003E5D7A">
            <w:r>
              <w:t>__________________________________________</w:t>
            </w:r>
          </w:p>
        </w:tc>
      </w:tr>
      <w:tr w:rsidR="00636E68" w14:paraId="44A2B470" w14:textId="77777777">
        <w:tc>
          <w:tcPr>
            <w:tcW w:w="5270" w:type="dxa"/>
          </w:tcPr>
          <w:p w14:paraId="37CFD538" w14:textId="77777777" w:rsidR="00636E68" w:rsidRDefault="003E5D7A">
            <w:r>
              <w:t>Subtítulo:</w:t>
            </w:r>
          </w:p>
        </w:tc>
        <w:tc>
          <w:tcPr>
            <w:tcW w:w="5270" w:type="dxa"/>
          </w:tcPr>
          <w:p w14:paraId="3B339332" w14:textId="77777777" w:rsidR="00636E68" w:rsidRDefault="003E5D7A">
            <w:r>
              <w:t>22</w:t>
            </w:r>
          </w:p>
        </w:tc>
      </w:tr>
      <w:tr w:rsidR="00636E68" w14:paraId="7B5E9207" w14:textId="77777777">
        <w:tc>
          <w:tcPr>
            <w:tcW w:w="5270" w:type="dxa"/>
          </w:tcPr>
          <w:p w14:paraId="30F10D45" w14:textId="77777777" w:rsidR="00636E68" w:rsidRDefault="003E5D7A">
            <w:r>
              <w:t>Ítem:</w:t>
            </w:r>
          </w:p>
        </w:tc>
        <w:tc>
          <w:tcPr>
            <w:tcW w:w="5270" w:type="dxa"/>
          </w:tcPr>
          <w:p w14:paraId="2A96EF14" w14:textId="77777777" w:rsidR="00636E68" w:rsidRDefault="003E5D7A">
            <w:r>
              <w:t>_____</w:t>
            </w:r>
          </w:p>
        </w:tc>
      </w:tr>
      <w:tr w:rsidR="00636E68" w14:paraId="57FFA9A3" w14:textId="77777777">
        <w:tc>
          <w:tcPr>
            <w:tcW w:w="5270" w:type="dxa"/>
          </w:tcPr>
          <w:p w14:paraId="7615067C" w14:textId="77777777" w:rsidR="00636E68" w:rsidRDefault="003E5D7A">
            <w:r>
              <w:t>Asignación:</w:t>
            </w:r>
          </w:p>
        </w:tc>
        <w:tc>
          <w:tcPr>
            <w:tcW w:w="5270" w:type="dxa"/>
          </w:tcPr>
          <w:p w14:paraId="1FA6AB20" w14:textId="77777777" w:rsidR="00636E68" w:rsidRDefault="003E5D7A">
            <w:r>
              <w:t>_____</w:t>
            </w:r>
          </w:p>
        </w:tc>
      </w:tr>
      <w:tr w:rsidR="00636E68" w14:paraId="4505E156" w14:textId="77777777">
        <w:tc>
          <w:tcPr>
            <w:tcW w:w="5270" w:type="dxa"/>
          </w:tcPr>
          <w:p w14:paraId="061BC934" w14:textId="77777777" w:rsidR="00636E68" w:rsidRDefault="003E5D7A">
            <w:r>
              <w:t>Subasignación (si aplica):</w:t>
            </w:r>
          </w:p>
        </w:tc>
        <w:tc>
          <w:tcPr>
            <w:tcW w:w="5270" w:type="dxa"/>
          </w:tcPr>
          <w:p w14:paraId="73029472" w14:textId="77777777" w:rsidR="00636E68" w:rsidRDefault="003E5D7A">
            <w:r>
              <w:t>_____</w:t>
            </w:r>
          </w:p>
        </w:tc>
      </w:tr>
      <w:tr w:rsidR="00636E68" w14:paraId="5A3C3092" w14:textId="77777777">
        <w:tc>
          <w:tcPr>
            <w:tcW w:w="5270" w:type="dxa"/>
          </w:tcPr>
          <w:p w14:paraId="0DA266C1" w14:textId="77777777" w:rsidR="00636E68" w:rsidRDefault="003E5D7A">
            <w:r>
              <w:t>Programa / Actividad (si aplica):</w:t>
            </w:r>
          </w:p>
        </w:tc>
        <w:tc>
          <w:tcPr>
            <w:tcW w:w="5270" w:type="dxa"/>
          </w:tcPr>
          <w:p w14:paraId="2A4CAAAB" w14:textId="77777777" w:rsidR="00636E68" w:rsidRDefault="003E5D7A">
            <w:r>
              <w:t>__________________________________________</w:t>
            </w:r>
          </w:p>
        </w:tc>
      </w:tr>
    </w:tbl>
    <w:p w14:paraId="522031B2" w14:textId="77777777" w:rsidR="00636E68" w:rsidRDefault="00636E68"/>
    <w:p w14:paraId="381F5FA4" w14:textId="77777777" w:rsidR="00636E68" w:rsidRDefault="003E5D7A">
      <w:r>
        <w:rPr>
          <w:b/>
        </w:rPr>
        <w:t>Disponibilidad y compromiso (en pesos)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39"/>
        <w:gridCol w:w="6791"/>
      </w:tblGrid>
      <w:tr w:rsidR="00636E68" w14:paraId="5DA465F7" w14:textId="77777777">
        <w:tc>
          <w:tcPr>
            <w:tcW w:w="5270" w:type="dxa"/>
          </w:tcPr>
          <w:p w14:paraId="26A4F896" w14:textId="77777777" w:rsidR="00636E68" w:rsidRDefault="003E5D7A">
            <w:r>
              <w:t>Monto total disponible (considera modificaciones presupuestarias)</w:t>
            </w:r>
          </w:p>
        </w:tc>
        <w:tc>
          <w:tcPr>
            <w:tcW w:w="5270" w:type="dxa"/>
          </w:tcPr>
          <w:p w14:paraId="21E15C73" w14:textId="77777777" w:rsidR="00636E68" w:rsidRDefault="003E5D7A">
            <w:r>
              <w:t>$ ____________________</w:t>
            </w:r>
          </w:p>
        </w:tc>
      </w:tr>
      <w:tr w:rsidR="00636E68" w14:paraId="2BE198DE" w14:textId="77777777">
        <w:tc>
          <w:tcPr>
            <w:tcW w:w="5270" w:type="dxa"/>
          </w:tcPr>
          <w:p w14:paraId="06E8ABCC" w14:textId="77777777" w:rsidR="00636E68" w:rsidRDefault="003E5D7A">
            <w:r>
              <w:t>Monto comprometido a la fecha</w:t>
            </w:r>
          </w:p>
        </w:tc>
        <w:tc>
          <w:tcPr>
            <w:tcW w:w="5270" w:type="dxa"/>
          </w:tcPr>
          <w:p w14:paraId="27135647" w14:textId="77777777" w:rsidR="00636E68" w:rsidRDefault="003E5D7A">
            <w:r>
              <w:t>$ ____________________</w:t>
            </w:r>
          </w:p>
        </w:tc>
      </w:tr>
      <w:tr w:rsidR="00636E68" w14:paraId="506117AE" w14:textId="77777777">
        <w:tc>
          <w:tcPr>
            <w:tcW w:w="5270" w:type="dxa"/>
          </w:tcPr>
          <w:p w14:paraId="08B24389" w14:textId="77777777" w:rsidR="00636E68" w:rsidRDefault="003E5D7A">
            <w:r>
              <w:t>Monto que se compromete con este acto</w:t>
            </w:r>
          </w:p>
        </w:tc>
        <w:tc>
          <w:tcPr>
            <w:tcW w:w="5270" w:type="dxa"/>
          </w:tcPr>
          <w:p w14:paraId="39D58BCD" w14:textId="77777777" w:rsidR="00636E68" w:rsidRDefault="003E5D7A">
            <w:r>
              <w:t>$ ____________________</w:t>
            </w:r>
          </w:p>
        </w:tc>
      </w:tr>
      <w:tr w:rsidR="00636E68" w14:paraId="5ADFB365" w14:textId="77777777">
        <w:tc>
          <w:tcPr>
            <w:tcW w:w="5270" w:type="dxa"/>
          </w:tcPr>
          <w:p w14:paraId="37D650BE" w14:textId="77777777" w:rsidR="00636E68" w:rsidRDefault="003E5D7A">
            <w:r>
              <w:t>Saldo disponible posterior al compromiso</w:t>
            </w:r>
          </w:p>
        </w:tc>
        <w:tc>
          <w:tcPr>
            <w:tcW w:w="5270" w:type="dxa"/>
          </w:tcPr>
          <w:p w14:paraId="33E45D65" w14:textId="77777777" w:rsidR="00636E68" w:rsidRDefault="003E5D7A">
            <w:r>
              <w:t>$ ____________________</w:t>
            </w:r>
          </w:p>
        </w:tc>
      </w:tr>
      <w:tr w:rsidR="00636E68" w14:paraId="7FD2862F" w14:textId="77777777">
        <w:tc>
          <w:tcPr>
            <w:tcW w:w="5270" w:type="dxa"/>
          </w:tcPr>
          <w:p w14:paraId="52F22360" w14:textId="77777777" w:rsidR="00636E68" w:rsidRDefault="003E5D7A">
            <w:r>
              <w:t>Observaciones (si corresponde)</w:t>
            </w:r>
          </w:p>
        </w:tc>
        <w:tc>
          <w:tcPr>
            <w:tcW w:w="5270" w:type="dxa"/>
          </w:tcPr>
          <w:p w14:paraId="2E43F31E" w14:textId="77777777" w:rsidR="00636E68" w:rsidRDefault="003E5D7A">
            <w:r>
              <w:t>____________________________________________________________</w:t>
            </w:r>
          </w:p>
        </w:tc>
      </w:tr>
    </w:tbl>
    <w:p w14:paraId="2D5A74A1" w14:textId="34349A31" w:rsidR="00636E68" w:rsidRDefault="007D4ABA">
      <w:r>
        <w:rPr>
          <w:b/>
        </w:rPr>
        <w:br/>
        <w:t>Declaración</w:t>
      </w:r>
    </w:p>
    <w:p w14:paraId="02390D06" w14:textId="77777777" w:rsidR="00636E68" w:rsidRDefault="003E5D7A">
      <w:pPr>
        <w:spacing w:after="60"/>
      </w:pPr>
      <w:r>
        <w:t>Se certifica que existe disponibilidad presupuestaria suficiente para comprometer el gasto señalado en la imputación indicada, de conformidad al presupuesto vigente y a la normativa aplicable.</w:t>
      </w:r>
    </w:p>
    <w:p w14:paraId="61B54C0F" w14:textId="77777777" w:rsidR="00636E68" w:rsidRDefault="003E5D7A">
      <w:r>
        <w:rPr>
          <w:b/>
        </w:rPr>
        <w:t>Funcionario competente (emisor del CDP)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62"/>
        <w:gridCol w:w="5268"/>
      </w:tblGrid>
      <w:tr w:rsidR="00636E68" w14:paraId="48F9FF56" w14:textId="77777777">
        <w:tc>
          <w:tcPr>
            <w:tcW w:w="5270" w:type="dxa"/>
          </w:tcPr>
          <w:p w14:paraId="0333D417" w14:textId="77777777" w:rsidR="00636E68" w:rsidRDefault="003E5D7A">
            <w:r>
              <w:rPr>
                <w:sz w:val="20"/>
              </w:rPr>
              <w:t>Nombre</w:t>
            </w:r>
          </w:p>
        </w:tc>
        <w:tc>
          <w:tcPr>
            <w:tcW w:w="5270" w:type="dxa"/>
          </w:tcPr>
          <w:p w14:paraId="765C2B67" w14:textId="77777777" w:rsidR="00636E68" w:rsidRDefault="003E5D7A">
            <w:r>
              <w:rPr>
                <w:sz w:val="20"/>
              </w:rPr>
              <w:t>__________________________________________</w:t>
            </w:r>
          </w:p>
        </w:tc>
      </w:tr>
      <w:tr w:rsidR="00636E68" w14:paraId="3D29CFC6" w14:textId="77777777">
        <w:tc>
          <w:tcPr>
            <w:tcW w:w="5270" w:type="dxa"/>
          </w:tcPr>
          <w:p w14:paraId="39C56CD2" w14:textId="77777777" w:rsidR="00636E68" w:rsidRDefault="003E5D7A">
            <w:r>
              <w:rPr>
                <w:sz w:val="20"/>
              </w:rPr>
              <w:t>Cargo</w:t>
            </w:r>
          </w:p>
        </w:tc>
        <w:tc>
          <w:tcPr>
            <w:tcW w:w="5270" w:type="dxa"/>
          </w:tcPr>
          <w:p w14:paraId="65EC8150" w14:textId="77777777" w:rsidR="00636E68" w:rsidRDefault="003E5D7A">
            <w:r>
              <w:rPr>
                <w:sz w:val="20"/>
              </w:rPr>
              <w:t>__________________________________________</w:t>
            </w:r>
          </w:p>
        </w:tc>
      </w:tr>
      <w:tr w:rsidR="00636E68" w14:paraId="02D3C28C" w14:textId="77777777">
        <w:tc>
          <w:tcPr>
            <w:tcW w:w="5270" w:type="dxa"/>
          </w:tcPr>
          <w:p w14:paraId="0814C67C" w14:textId="77777777" w:rsidR="00636E68" w:rsidRDefault="003E5D7A">
            <w:r>
              <w:rPr>
                <w:sz w:val="20"/>
              </w:rPr>
              <w:t>Calidad jurídica (planta/contrata; excepcionalmente honorarios si corresponde)</w:t>
            </w:r>
          </w:p>
        </w:tc>
        <w:tc>
          <w:tcPr>
            <w:tcW w:w="5270" w:type="dxa"/>
          </w:tcPr>
          <w:p w14:paraId="200F3793" w14:textId="77777777" w:rsidR="00636E68" w:rsidRDefault="003E5D7A">
            <w:r>
              <w:rPr>
                <w:sz w:val="20"/>
              </w:rPr>
              <w:t>__________________________________________</w:t>
            </w:r>
          </w:p>
        </w:tc>
      </w:tr>
      <w:tr w:rsidR="00636E68" w14:paraId="6C3B9A43" w14:textId="77777777">
        <w:tc>
          <w:tcPr>
            <w:tcW w:w="5270" w:type="dxa"/>
          </w:tcPr>
          <w:p w14:paraId="1DA91DDB" w14:textId="77777777" w:rsidR="00773EFE" w:rsidRDefault="00773EFE">
            <w:pPr>
              <w:rPr>
                <w:sz w:val="20"/>
              </w:rPr>
            </w:pPr>
          </w:p>
          <w:p w14:paraId="06F2F980" w14:textId="77777777" w:rsidR="00773EFE" w:rsidRDefault="00773EFE">
            <w:pPr>
              <w:rPr>
                <w:sz w:val="20"/>
              </w:rPr>
            </w:pPr>
          </w:p>
          <w:p w14:paraId="5014F77D" w14:textId="77777777" w:rsidR="00773EFE" w:rsidRDefault="00773EFE">
            <w:pPr>
              <w:rPr>
                <w:sz w:val="20"/>
              </w:rPr>
            </w:pPr>
          </w:p>
          <w:p w14:paraId="48D98011" w14:textId="325A5FAB" w:rsidR="00636E68" w:rsidRDefault="003E5D7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Firma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física</w:t>
            </w:r>
            <w:proofErr w:type="spellEnd"/>
            <w:r>
              <w:rPr>
                <w:sz w:val="20"/>
              </w:rPr>
              <w:t xml:space="preserve">) o </w:t>
            </w:r>
            <w:proofErr w:type="spellStart"/>
            <w:r>
              <w:rPr>
                <w:sz w:val="20"/>
              </w:rPr>
              <w:t>Firma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Electrónica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Avanzada</w:t>
            </w:r>
            <w:proofErr w:type="spellEnd"/>
            <w:r>
              <w:rPr>
                <w:sz w:val="20"/>
              </w:rPr>
              <w:t xml:space="preserve"> (FEA)</w:t>
            </w:r>
          </w:p>
          <w:p w14:paraId="7F5F7580" w14:textId="77777777" w:rsidR="00773EFE" w:rsidRDefault="00773EFE">
            <w:pPr>
              <w:rPr>
                <w:sz w:val="20"/>
              </w:rPr>
            </w:pPr>
          </w:p>
          <w:p w14:paraId="02E39F6F" w14:textId="77777777" w:rsidR="00773EFE" w:rsidRDefault="00773EFE">
            <w:pPr>
              <w:rPr>
                <w:sz w:val="20"/>
              </w:rPr>
            </w:pPr>
          </w:p>
          <w:p w14:paraId="10DB148F" w14:textId="77777777" w:rsidR="00773EFE" w:rsidRDefault="00773EFE"/>
        </w:tc>
        <w:tc>
          <w:tcPr>
            <w:tcW w:w="5270" w:type="dxa"/>
          </w:tcPr>
          <w:p w14:paraId="3FB05F0F" w14:textId="4B652E9E" w:rsidR="00636E68" w:rsidRDefault="00636E68"/>
        </w:tc>
      </w:tr>
    </w:tbl>
    <w:p w14:paraId="4599F80C" w14:textId="77777777" w:rsidR="00636E68" w:rsidRDefault="003E5D7A">
      <w:pPr>
        <w:spacing w:after="0"/>
      </w:pPr>
      <w:r>
        <w:rPr>
          <w:color w:val="5A5A5A"/>
          <w:sz w:val="16"/>
        </w:rPr>
        <w:t>Nota: Adjuntar este CDP en Ventanilla Única cuando el acto irrogue gasto. Verificar que la imputación coincida con el acto administrativo.</w:t>
      </w:r>
    </w:p>
    <w:sectPr w:rsidR="00636E68" w:rsidSect="00773EFE">
      <w:headerReference w:type="default" r:id="rId8"/>
      <w:pgSz w:w="12240" w:h="18720" w:code="14"/>
      <w:pgMar w:top="850" w:right="850" w:bottom="850" w:left="85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1D618" w14:textId="77777777" w:rsidR="00790981" w:rsidRDefault="00790981" w:rsidP="007D4ABA">
      <w:pPr>
        <w:spacing w:after="0" w:line="240" w:lineRule="auto"/>
      </w:pPr>
      <w:r>
        <w:separator/>
      </w:r>
    </w:p>
  </w:endnote>
  <w:endnote w:type="continuationSeparator" w:id="0">
    <w:p w14:paraId="1A9AB3C3" w14:textId="77777777" w:rsidR="00790981" w:rsidRDefault="00790981" w:rsidP="007D4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5CC50" w14:textId="77777777" w:rsidR="00790981" w:rsidRDefault="00790981" w:rsidP="007D4ABA">
      <w:pPr>
        <w:spacing w:after="0" w:line="240" w:lineRule="auto"/>
      </w:pPr>
      <w:r>
        <w:separator/>
      </w:r>
    </w:p>
  </w:footnote>
  <w:footnote w:type="continuationSeparator" w:id="0">
    <w:p w14:paraId="0925185B" w14:textId="77777777" w:rsidR="00790981" w:rsidRDefault="00790981" w:rsidP="007D4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1E16F" w14:textId="428EAF15" w:rsidR="00773EFE" w:rsidRDefault="00773EFE" w:rsidP="00773EFE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2F75E39" wp14:editId="12FD12B4">
          <wp:simplePos x="0" y="0"/>
          <wp:positionH relativeFrom="page">
            <wp:posOffset>130266</wp:posOffset>
          </wp:positionH>
          <wp:positionV relativeFrom="paragraph">
            <wp:posOffset>-60292</wp:posOffset>
          </wp:positionV>
          <wp:extent cx="535475" cy="599808"/>
          <wp:effectExtent l="0" t="0" r="0" b="0"/>
          <wp:wrapNone/>
          <wp:docPr id="824666474" name="Imagen 1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3037002" name="Imagen 1" descr="Imagen que contiene Logotip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475" cy="5998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REPÚBLICA DE CHILE</w:t>
    </w:r>
    <w:r w:rsidRPr="009F1AE4">
      <w:t xml:space="preserve"> </w:t>
    </w:r>
  </w:p>
  <w:p w14:paraId="06423AF7" w14:textId="7C5E23C1" w:rsidR="00773EFE" w:rsidRDefault="00773EFE" w:rsidP="00773EFE">
    <w:pPr>
      <w:pStyle w:val="Encabezado"/>
    </w:pPr>
    <w:r>
      <w:t xml:space="preserve">      PROVINCIA DE TALCA</w:t>
    </w:r>
  </w:p>
  <w:p w14:paraId="35DCCED4" w14:textId="4EF9D265" w:rsidR="00773EFE" w:rsidRDefault="00773EFE" w:rsidP="00773EFE">
    <w:pPr>
      <w:pStyle w:val="Encabezado"/>
    </w:pPr>
    <w:r>
      <w:t xml:space="preserve">      I.MUNICIPALIDAD DE CONSTITUCIÓN</w:t>
    </w:r>
  </w:p>
  <w:p w14:paraId="2B51DC10" w14:textId="77777777" w:rsidR="00773EFE" w:rsidRDefault="00773EF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830888">
    <w:abstractNumId w:val="8"/>
  </w:num>
  <w:num w:numId="2" w16cid:durableId="622423075">
    <w:abstractNumId w:val="6"/>
  </w:num>
  <w:num w:numId="3" w16cid:durableId="95831973">
    <w:abstractNumId w:val="5"/>
  </w:num>
  <w:num w:numId="4" w16cid:durableId="1185897467">
    <w:abstractNumId w:val="4"/>
  </w:num>
  <w:num w:numId="5" w16cid:durableId="275715889">
    <w:abstractNumId w:val="7"/>
  </w:num>
  <w:num w:numId="6" w16cid:durableId="353961719">
    <w:abstractNumId w:val="3"/>
  </w:num>
  <w:num w:numId="7" w16cid:durableId="573318940">
    <w:abstractNumId w:val="2"/>
  </w:num>
  <w:num w:numId="8" w16cid:durableId="1858689410">
    <w:abstractNumId w:val="1"/>
  </w:num>
  <w:num w:numId="9" w16cid:durableId="32594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E02"/>
    <w:rsid w:val="0012289F"/>
    <w:rsid w:val="0015074B"/>
    <w:rsid w:val="0029639D"/>
    <w:rsid w:val="00326F90"/>
    <w:rsid w:val="003E5D7A"/>
    <w:rsid w:val="004822BE"/>
    <w:rsid w:val="00636E68"/>
    <w:rsid w:val="006D5309"/>
    <w:rsid w:val="006E570F"/>
    <w:rsid w:val="00741F21"/>
    <w:rsid w:val="00773EFE"/>
    <w:rsid w:val="00790981"/>
    <w:rsid w:val="007D4ABA"/>
    <w:rsid w:val="008B628A"/>
    <w:rsid w:val="00A96D13"/>
    <w:rsid w:val="00AA1D8D"/>
    <w:rsid w:val="00B47730"/>
    <w:rsid w:val="00B9057F"/>
    <w:rsid w:val="00BB0134"/>
    <w:rsid w:val="00BD190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213F51"/>
  <w14:defaultImageDpi w14:val="300"/>
  <w15:docId w15:val="{66EA022A-4A46-4340-9E11-B0C521675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1766</Characters>
  <Application>Microsoft Office Word</Application>
  <DocSecurity>0</DocSecurity>
  <Lines>71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Carlos Valdés Rivas</cp:lastModifiedBy>
  <cp:revision>3</cp:revision>
  <cp:lastPrinted>2026-02-12T12:44:00Z</cp:lastPrinted>
  <dcterms:created xsi:type="dcterms:W3CDTF">2026-02-11T13:48:00Z</dcterms:created>
  <dcterms:modified xsi:type="dcterms:W3CDTF">2026-02-12T12:44:00Z</dcterms:modified>
  <cp:category/>
</cp:coreProperties>
</file>